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Tomato and pepper variety record checklist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Build a vegetable seed range around customer cooking needs</w:t>
        </w:r>
      </w:hyperlink>
    </w:p>
    <w:p>
      <w:hyperlink r:id="rId11">
        <w:r>
          <w:rPr>
            <w:color w:val="087E75"/>
          </w:rPr>
          <w:t>Plan a tomato and pepper retail range</w:t>
        </w:r>
      </w:hyperlink>
    </w:p>
    <w:p>
      <w:hyperlink r:id="rId12">
        <w:r>
          <w:rPr>
            <w:color w:val="087E75"/>
          </w:rPr>
          <w:t>From tomato and pepper groups to a reviewed offer</w:t>
        </w:r>
      </w:hyperlink>
    </w:p>
    <w:p>
      <w:hyperlink r:id="rId13">
        <w:r>
          <w:rPr>
            <w:color w:val="087E75"/>
          </w:rPr>
          <w:t>Tomatoes and peppers in a wholesale seed range</w:t>
        </w:r>
      </w:hyperlink>
    </w:p>
    <w:p>
      <w:hyperlink r:id="rId14">
        <w:r>
          <w:rPr>
            <w:color w:val="087E75"/>
          </w:rPr>
          <w:t>How to prepare a tomato and pepper seed buying file</w:t>
        </w:r>
      </w:hyperlink>
    </w:p>
    <w:p>
      <w:hyperlink r:id="rId15">
        <w:r>
          <w:rPr>
            <w:color w:val="087E75"/>
          </w:rPr>
          <w:t>Compare tomato and pepper seed varieties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7/build-a-vegetable-seed-range-around-customer-cooking-needs-722555d4.html" TargetMode="External"/><Relationship Id="rId11" Type="http://schemas.openxmlformats.org/officeDocument/2006/relationships/hyperlink" Target="https://bulkseedsinternational-en.porkbunlead.workers.dev/aws/bulkseedsinternational-en-27/plan-a-tomato-and-pepper-retail-range-0a6525ed.odt" TargetMode="External"/><Relationship Id="rId12" Type="http://schemas.openxmlformats.org/officeDocument/2006/relationships/hyperlink" Target="https://bulkseedsinternational-en.porkbunlead.workers.dev/aws/bulkseedsinternational-en-27/from-tomato-and-pepper-groups-to-a-reviewed-offer-278988ed.pptx" TargetMode="External"/><Relationship Id="rId13" Type="http://schemas.openxmlformats.org/officeDocument/2006/relationships/hyperlink" Target="https://bulkseedsinternational-en.porkbunlead.workers.dev/aws/bulkseedsinternational-en-27/tomatoes-and-peppers-in-a-wholesale-seed-range-38fca007.rtf" TargetMode="External"/><Relationship Id="rId14" Type="http://schemas.openxmlformats.org/officeDocument/2006/relationships/hyperlink" Target="https://bulkseedsinternational-en.porkbunlead.workers.dev/aws/bulkseedsinternational-en-27/how-to-prepare-a-tomato-and-pepper-seed-buying-file-45927ffa.pdf" TargetMode="External"/><Relationship Id="rId15" Type="http://schemas.openxmlformats.org/officeDocument/2006/relationships/hyperlink" Target="https://bulkseedsinternational-en.porkbunlead.workers.dev/aws/bulkseedsinternational-en-27/compare-tomato-and-pepper-seed-varieties-85a61db6.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